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СЧЁТ № {{contract_number}} от {{contract_date}}</w:t>
      </w:r>
    </w:p>
    <w:p>
      <w:r>
        <w:rPr>
          <w:b w:val="0"/>
        </w:rPr>
      </w:r>
    </w:p>
    <w:p>
      <w:r>
        <w:rPr>
          <w:b w:val="0"/>
        </w:rPr>
        <w:t>Исполнитель: {{contractor_opf}} {{contractor_name}}, ИНН {{contractor_inn}}</w:t>
      </w:r>
    </w:p>
    <w:p>
      <w:r>
        <w:rPr>
          <w:b w:val="0"/>
        </w:rPr>
        <w:t>Телефон: {{contractor_phone}}, почта: {{contractor_email}}</w:t>
      </w:r>
    </w:p>
    <w:p>
      <w:r>
        <w:rPr>
          <w:b w:val="0"/>
        </w:rPr>
        <w:t>Реквизиты для оплаты: счёт {{contractor_bank_account}} в {{contractor_bank}}, БИК {{contractor_bik}}, к/с {{contractor_corr_account}}</w:t>
      </w:r>
    </w:p>
    <w:p>
      <w:r>
        <w:rPr>
          <w:b w:val="0"/>
        </w:rPr>
        <w:t>Заказчик: {{customer_full_name}}, ИНН {{customer_inn}}</w:t>
      </w:r>
    </w:p>
    <w:p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Наименование услуги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93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2493"/>
          </w:tcPr>
          <w:p>
            <w:r>
              <w:t>{{#services}}1</w:t>
            </w:r>
          </w:p>
        </w:tc>
        <w:tc>
          <w:tcPr>
            <w:tcW w:type="dxa" w:w="2493"/>
          </w:tcPr>
          <w:p>
            <w:r>
              <w:t>{{service_name}}</w:t>
            </w:r>
          </w:p>
        </w:tc>
        <w:tc>
          <w:tcPr>
            <w:tcW w:type="dxa" w:w="2493"/>
          </w:tcPr>
          <w:p>
            <w:r>
              <w:t>{{quantity}}</w:t>
            </w:r>
          </w:p>
        </w:tc>
        <w:tc>
          <w:tcPr>
            <w:tcW w:type="dxa" w:w="2493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/>
        </w:rPr>
        <w:t>Всего к оплате: {{amount_total}} рублей ({{amount_words}}).</w:t>
      </w:r>
    </w:p>
    <w:p>
      <w:r>
        <w:rPr>
          <w:b w:val="0"/>
        </w:rPr>
        <w:t>{{vat_mode}}.</w:t>
      </w:r>
    </w:p>
    <w:p>
      <w:r>
        <w:rPr>
          <w:b w:val="0"/>
        </w:rPr>
        <w:t>После оплаты Исполнитель передаёт Заказчику чек из приложения «Мой налог».</w:t>
      </w:r>
    </w:p>
    <w:p>
      <w:r>
        <w:rPr>
          <w:b w:val="0"/>
        </w:rPr>
      </w:r>
    </w:p>
    <w:p>
      <w:r>
        <w:rPr>
          <w:b w:val="0"/>
        </w:rPr>
        <w:t>_______________ /{{contractor_name}}/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