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СЧЁТ НА ОПЛАТУ № {{contract_number}} от {{contract_date}}</w:t>
      </w:r>
    </w:p>
    <w:p>
      <w:r>
        <w:rPr>
          <w:b w:val="0"/>
        </w:rPr>
      </w:r>
    </w:p>
    <w:p>
      <w:r>
        <w:rPr>
          <w:b w:val="0"/>
        </w:rPr>
        <w:t>Поставщик: {{contractor_opf}} {{contractor_name}}, ИНН {{contractor_inn}}, КПП {{contractor_kpp}}, адрес: {{contractor_address}}</w:t>
      </w:r>
    </w:p>
    <w:p>
      <w:r>
        <w:rPr>
          <w:b w:val="0"/>
        </w:rPr>
        <w:t>Банк: {{contractor_bank}}, БИК {{contractor_bik}}, р/с {{contractor_bank_account}}, к/с {{contractor_corr_account}}</w:t>
      </w:r>
    </w:p>
    <w:p>
      <w:r>
        <w:rPr>
          <w:b w:val="0"/>
        </w:rPr>
        <w:t>Покупатель: {{customer_full_name}}, ИНН {{customer_inn}}, адрес: {{customer_legal_address}}</w:t>
      </w:r>
    </w:p>
    <w:p>
      <w:r>
        <w:rPr>
          <w:b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№</w:t>
            </w:r>
          </w:p>
        </w:tc>
        <w:tc>
          <w:tcPr>
            <w:tcW w:type="dxa" w:w="2493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2493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2493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2493"/>
          </w:tcPr>
          <w:p>
            <w:r>
              <w:t>{{#services}}1</w:t>
            </w:r>
          </w:p>
        </w:tc>
        <w:tc>
          <w:tcPr>
            <w:tcW w:type="dxa" w:w="2493"/>
          </w:tcPr>
          <w:p>
            <w:r>
              <w:t>{{service_name}}</w:t>
            </w:r>
          </w:p>
        </w:tc>
        <w:tc>
          <w:tcPr>
            <w:tcW w:type="dxa" w:w="2493"/>
          </w:tcPr>
          <w:p>
            <w:r>
              <w:t>{{quantity}}</w:t>
            </w:r>
          </w:p>
        </w:tc>
        <w:tc>
          <w:tcPr>
            <w:tcW w:type="dxa" w:w="2493"/>
          </w:tcPr>
          <w:p>
            <w:r>
              <w:t>{{amount}}{{/services}}</w:t>
            </w:r>
          </w:p>
        </w:tc>
      </w:tr>
    </w:tbl>
    <w:p>
      <w:r>
        <w:rPr>
          <w:b w:val="0"/>
          <w:i/>
        </w:rPr>
        <w:t>[ Строка таблицы выше повторяется автоматически: по одной на каждую позицию. В приложении их добавляют кнопкой «Ещё строка». Эту пометку удалите ]</w:t>
      </w:r>
    </w:p>
    <w:p>
      <w:r>
        <w:rPr>
          <w:b/>
        </w:rPr>
        <w:t>Всего к оплате: {{amount_total}} рублей ({{amount_words}}), {{vat_mode}}.</w:t>
      </w:r>
    </w:p>
    <w:p>
      <w:r>
        <w:rPr>
          <w:b w:val="0"/>
        </w:rPr>
      </w:r>
    </w:p>
    <w:p>
      <w:r>
        <w:rPr>
          <w:b w:val="0"/>
        </w:rPr>
        <w:t>Руководитель _______________ /{{contractor_director_name}}/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