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СЧЁТ-ДОГОВОР № {{contract_number}} от {{contract_date}}</w:t>
      </w:r>
    </w:p>
    <w:p>
      <w:r>
        <w:rPr>
          <w:b w:val="0"/>
        </w:rPr>
      </w:r>
    </w:p>
    <w:p>
      <w:r>
        <w:rPr>
          <w:b w:val="0"/>
        </w:rPr>
        <w:t>Исполнитель: {{contractor_opf}} {{contractor_name}}, ИНН {{contractor_inn}}, КПП {{contractor_kpp}}, ОГРН {{contractor_ogrn}}, адрес: {{contractor_address}}</w:t>
      </w:r>
    </w:p>
    <w:p>
      <w:r>
        <w:rPr>
          <w:b w:val="0"/>
        </w:rPr>
        <w:t>Банк: {{contractor_bank}}, БИК {{contractor_bik}}, р/с {{contractor_bank_account}}, к/с {{contractor_corr_account}}</w:t>
      </w:r>
    </w:p>
    <w:p>
      <w:r>
        <w:rPr>
          <w:b w:val="0"/>
        </w:rPr>
        <w:t>Заказчик: {{customer_full_name}}, ИНН {{customer_inn}}, КПП {{customer_kpp}}, адрес: {{customer_legal_address}}</w:t>
      </w:r>
    </w:p>
    <w:p>
      <w:r>
        <w:rPr>
          <w:b w:val="0"/>
        </w:rPr>
      </w:r>
    </w:p>
    <w:p>
      <w:r>
        <w:rPr>
          <w:b/>
        </w:rPr>
        <w:t>1. Предмет</w:t>
      </w:r>
    </w:p>
    <w:p>
      <w:r>
        <w:rPr>
          <w:b w:val="0"/>
        </w:rPr>
        <w:t>Исполнитель обязуется оказать услуги: {{subject}}.</w:t>
      </w:r>
    </w:p>
    <w:p>
      <w:r>
        <w:rPr>
          <w:b w:val="0"/>
          <w:i/>
        </w:rPr>
        <w:t>[ что именно входит в услугу и что получает заказчик — впишите свои условия ]</w:t>
      </w:r>
    </w:p>
    <w:p>
      <w:r>
        <w:rPr>
          <w:b/>
        </w:rPr>
        <w:t>2. Стоимость и позиции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95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95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95"/>
          </w:tcPr>
          <w:p>
            <w:r>
              <w:rPr>
                <w:b/>
              </w:rPr>
              <w:t>Цена, руб.</w:t>
            </w:r>
          </w:p>
        </w:tc>
        <w:tc>
          <w:tcPr>
            <w:tcW w:type="dxa" w:w="1995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1995"/>
          </w:tcPr>
          <w:p>
            <w:r>
              <w:t>{{#services}}1</w:t>
            </w:r>
          </w:p>
        </w:tc>
        <w:tc>
          <w:tcPr>
            <w:tcW w:type="dxa" w:w="1995"/>
          </w:tcPr>
          <w:p>
            <w:r>
              <w:t>{{service_name}}</w:t>
            </w:r>
          </w:p>
        </w:tc>
        <w:tc>
          <w:tcPr>
            <w:tcW w:type="dxa" w:w="1995"/>
          </w:tcPr>
          <w:p>
            <w:r>
              <w:t>{{quantity}}</w:t>
            </w:r>
          </w:p>
        </w:tc>
        <w:tc>
          <w:tcPr>
            <w:tcW w:type="dxa" w:w="1995"/>
          </w:tcPr>
          <w:p>
            <w:r>
              <w:t>{{price}}</w:t>
            </w:r>
          </w:p>
        </w:tc>
        <w:tc>
          <w:tcPr>
            <w:tcW w:type="dxa" w:w="1995"/>
          </w:tcPr>
          <w:p>
            <w:r>
              <w:t>{{amount}}{{/services}}</w:t>
            </w:r>
          </w:p>
        </w:tc>
      </w:tr>
    </w:tbl>
    <w:p>
      <w:r>
        <w:rPr>
          <w:b w:val="0"/>
          <w:i/>
        </w:rPr>
        <w:t>[ Строка таблицы выше повторяется автоматически: по одной на каждую позицию. В приложении их добавляют кнопкой «Ещё строка». Эту пометку удалите ]</w:t>
      </w:r>
    </w:p>
    <w:p>
      <w:r>
        <w:rPr>
          <w:b/>
        </w:rPr>
        <w:t>Итого к оплате: {{amount_total}} рублей ({{amount_words}}). {{vat_mode}}.</w:t>
      </w:r>
    </w:p>
    <w:p>
      <w:r>
        <w:rPr>
          <w:b/>
        </w:rPr>
        <w:t>3. Сроки</w:t>
      </w:r>
    </w:p>
    <w:p>
      <w:r>
        <w:rPr>
          <w:b w:val="0"/>
        </w:rPr>
        <w:t>Счёт действителен и подлежит оплате в срок: {{payment_terms}}. Услуги оказываются с {{service_start_date}}.</w:t>
      </w:r>
    </w:p>
    <w:p>
      <w:r>
        <w:rPr>
          <w:b w:val="0"/>
          <w:i/>
        </w:rPr>
        <w:t>[ срок оказания услуг и порядок приёмки — впишите свои условия ]</w:t>
      </w:r>
    </w:p>
    <w:p>
      <w:r>
        <w:rPr>
          <w:b/>
        </w:rPr>
        <w:t>4. Условия</w:t>
      </w:r>
    </w:p>
    <w:p>
      <w:r>
        <w:rPr>
          <w:b/>
        </w:rPr>
        <w:t>4.1. Оплата настоящего счёта означает согласие Заказчика с условиями, изложенными в нём, и заключение договора на этих условиях (п. 3 ст. 438 ГК РФ). Отдельный договор при этом не подписывается.</w:t>
      </w:r>
    </w:p>
    <w:p>
      <w:r>
        <w:rPr>
          <w:b w:val="0"/>
        </w:rPr>
        <w:t>4.2. Документ, подтверждающий оказание услуг, стороны подписывают по факту их оказания либо считают таковым настоящий счёт-договор с отметкой об оплате.</w:t>
      </w:r>
    </w:p>
    <w:p>
      <w:r>
        <w:rPr>
          <w:b w:val="0"/>
          <w:i/>
        </w:rPr>
        <w:t>[ ответственность сторон и порядок разрешения споров — впишите свои условия ]</w:t>
      </w:r>
    </w:p>
    <w:p>
      <w:r>
        <w:rPr>
          <w:b w:val="0"/>
        </w:rPr>
      </w:r>
    </w:p>
    <w:p>
      <w:r>
        <w:rPr>
          <w:b w:val="0"/>
        </w:rPr>
        <w:t>Исполнитель  _______________ /{{contractor_director_name}}/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