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АКТ № {{contract_number}}</w:t>
      </w:r>
    </w:p>
    <w:p>
      <w:pPr>
        <w:jc w:val="center"/>
      </w:pPr>
      <w:r>
        <w:rPr>
          <w:b w:val="0"/>
        </w:rPr>
        <w:t>сдачи-приёмки оказанных услуг</w:t>
      </w:r>
    </w:p>
    <w:p>
      <w:pPr>
        <w:tabs>
          <w:tab w:pos="9638" w:val="right"/>
        </w:tabs>
      </w:pPr>
      <w:r>
        <w:t>{{city}}</w:t>
        <w:tab/>
        <w:t>{{contract_date}}</w:t>
      </w:r>
    </w:p>
    <w:p>
      <w:r>
        <w:rPr>
          <w:b w:val="0"/>
        </w:rPr>
      </w:r>
    </w:p>
    <w:p>
      <w:r>
        <w:rPr>
          <w:b w:val="0"/>
        </w:rPr>
        <w:t>Исполнитель {{contractor_opf}} {{contractor_name}}, ИНН {{contractor_inn}}, и Заказчик {{customer_full_name}} составили настоящий акт о том, что услуги оказаны в полном объёме и в срок. Заказчик претензий по объёму, качеству и срокам не имеет.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№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Наименование услуги</w:t>
            </w:r>
          </w:p>
        </w:tc>
        <w:tc>
          <w:tcPr>
            <w:tcW w:type="dxa" w:w="2493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2493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2493"/>
          </w:tcPr>
          <w:p>
            <w:r>
              <w:t>{{#services}}1</w:t>
            </w:r>
          </w:p>
        </w:tc>
        <w:tc>
          <w:tcPr>
            <w:tcW w:type="dxa" w:w="2493"/>
          </w:tcPr>
          <w:p>
            <w:r>
              <w:t>{{service_name}}</w:t>
            </w:r>
          </w:p>
        </w:tc>
        <w:tc>
          <w:tcPr>
            <w:tcW w:type="dxa" w:w="2493"/>
          </w:tcPr>
          <w:p>
            <w:r>
              <w:t>{{quantity}}</w:t>
            </w:r>
          </w:p>
        </w:tc>
        <w:tc>
          <w:tcPr>
            <w:tcW w:type="dxa" w:w="2493"/>
          </w:tcPr>
          <w:p>
            <w:r>
              <w:t>{{amount}}{{/services}}</w:t>
            </w:r>
          </w:p>
        </w:tc>
      </w:tr>
    </w:tbl>
    <w:p>
      <w:r>
        <w:rPr>
          <w:b w:val="0"/>
          <w:i/>
        </w:rPr>
        <w:t>[ Строка таблицы выше повторяется автоматически: по одной на каждую позицию. В приложении их добавляют кнопкой «Ещё строка». Эту пометку удалите ]</w:t>
      </w:r>
    </w:p>
    <w:p>
      <w:r>
        <w:rPr>
          <w:b w:val="0"/>
        </w:rPr>
        <w:t>Итого: {{amount_total}} рублей ({{amount_words}}). {{vat_mode}}.</w:t>
      </w:r>
    </w:p>
    <w:p>
      <w:r>
        <w:rPr>
          <w:b w:val="0"/>
        </w:rPr>
        <w:t>Чек из приложения «Мой налог» передан Заказчику.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АДРЕСА И РЕКВИЗИТЫ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Исполнитель</w:t>
            </w:r>
          </w:p>
          <w:p>
            <w:r>
              <w:t>{{contractor_opf}} {{contractor_name}}</w:t>
            </w:r>
          </w:p>
          <w:p>
            <w:r>
              <w:t>ИНН {{contractor_inn}}</w:t>
            </w:r>
          </w:p>
          <w:p>
            <w:r>
              <w:t>Адрес: {{contractor_address}}</w:t>
            </w:r>
          </w:p>
          <w:p>
            <w:r>
              <w:t>Телефон: {{contractor_phone}}, почта: {{contractor_email}}</w:t>
            </w:r>
          </w:p>
          <w:p>
            <w:r>
              <w:t>Счёт {{contractor_bank_account}} в {{contractor_bank}}</w:t>
            </w:r>
          </w:p>
          <w:p>
            <w:r>
              <w:t>БИК {{contractor_bik}}, к/с {{contractor_corr_account}}</w:t>
            </w:r>
          </w:p>
          <w:p/>
          <w:p>
            <w:r>
              <w:t>_______________ /{{contractor_name}}/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Заказчик</w:t>
            </w:r>
          </w:p>
          <w:p>
            <w:r>
              <w:t>{{customer_full_name}}</w:t>
            </w:r>
          </w:p>
          <w:p>
            <w:r>
              <w:t>Адрес: {{customer_legal_address}}</w:t>
            </w:r>
          </w:p>
          <w:p>
            <w:r>
              <w:t>ИНН {{customer_inn}}, КПП {{customer_kpp}}</w:t>
            </w:r>
          </w:p>
          <w:p>
            <w:r>
              <w:t>ОГРН {{customer_ogrn}}</w:t>
            </w:r>
          </w:p>
          <w:p>
            <w:r>
              <w:t>Р/с {{customer_bank_account}}</w:t>
            </w:r>
          </w:p>
          <w:p>
            <w:r>
              <w:t>{{customer_bank}}</w:t>
            </w:r>
          </w:p>
          <w:p>
            <w:r>
              <w:t>БИК {{customer_bik}}, к/с {{customer_corr_account}}</w:t>
            </w:r>
          </w:p>
          <w:p/>
          <w:p>
            <w:r>
              <w:t>_______________ /{{customer_director_name}}/</w:t>
            </w:r>
          </w:p>
        </w:tc>
      </w:tr>
    </w:tbl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